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478346" w14:textId="77777777" w:rsidR="00A966BC" w:rsidRDefault="00000000">
      <w:pPr>
        <w:pStyle w:val="Heading1"/>
      </w:pPr>
      <w:r>
        <w:t>Orange County and South Los Angeles Disaster Response Contact List</w:t>
      </w:r>
    </w:p>
    <w:p w14:paraId="7083DF0E" w14:textId="77777777" w:rsidR="00A966BC" w:rsidRDefault="00000000">
      <w:pPr>
        <w:pStyle w:val="Heading2"/>
      </w:pPr>
      <w:r>
        <w:t>🟠 Orange County Disaster Response Agencies</w:t>
      </w:r>
    </w:p>
    <w:p w14:paraId="0E1118FF" w14:textId="77777777" w:rsidR="00A966BC" w:rsidRDefault="00000000">
      <w:pPr>
        <w:pStyle w:val="Heading3"/>
      </w:pPr>
      <w:r>
        <w:t>Orange County Emergency Management Division</w:t>
      </w:r>
    </w:p>
    <w:p w14:paraId="40F89A52" w14:textId="77777777" w:rsidR="00A966BC" w:rsidRDefault="00000000">
      <w:r>
        <w:t>Role: Coordinates emergency management and preparedness services across Orange County.</w:t>
      </w:r>
    </w:p>
    <w:p w14:paraId="1C4511A9" w14:textId="77777777" w:rsidR="00A966BC" w:rsidRDefault="00000000">
      <w:r>
        <w:t>Contact: https://ocsheriff.gov/commands-divisions/investigations-special-operations-command/emergency-management</w:t>
      </w:r>
    </w:p>
    <w:p w14:paraId="20C33A04" w14:textId="77777777" w:rsidR="00A966BC" w:rsidRDefault="00000000">
      <w:pPr>
        <w:pStyle w:val="Heading3"/>
      </w:pPr>
      <w:r>
        <w:t>Orange County Health Emergency Management (HEM)</w:t>
      </w:r>
    </w:p>
    <w:p w14:paraId="7C957913" w14:textId="77777777" w:rsidR="00A966BC" w:rsidRDefault="00000000">
      <w:r>
        <w:t>Role: Coordinates medical and health emergency management functions throughout the Orange County Operational Area.</w:t>
      </w:r>
    </w:p>
    <w:p w14:paraId="0D52D500" w14:textId="77777777" w:rsidR="00A966BC" w:rsidRDefault="00000000">
      <w:r>
        <w:t>Contact: https://www.ochealthinfo.com/ems/hem</w:t>
      </w:r>
    </w:p>
    <w:p w14:paraId="3DC227A8" w14:textId="77777777" w:rsidR="00A966BC" w:rsidRDefault="00000000">
      <w:pPr>
        <w:pStyle w:val="Heading3"/>
      </w:pPr>
      <w:r>
        <w:t>2-1-1 Orange County</w:t>
      </w:r>
    </w:p>
    <w:p w14:paraId="5C783CE2" w14:textId="77777777" w:rsidR="00A966BC" w:rsidRDefault="00000000">
      <w:r>
        <w:t>Role: Provides information and referrals for disaster-related services.</w:t>
      </w:r>
    </w:p>
    <w:p w14:paraId="0BC496AD" w14:textId="77777777" w:rsidR="00A966BC" w:rsidRDefault="00000000">
      <w:r>
        <w:t>Contact: Dial 2-1-1 or https://211oc.org/Disaster-Services.html</w:t>
      </w:r>
    </w:p>
    <w:p w14:paraId="0FD525E5" w14:textId="77777777" w:rsidR="00A966BC" w:rsidRDefault="00000000">
      <w:pPr>
        <w:pStyle w:val="Heading3"/>
      </w:pPr>
      <w:r>
        <w:t>ReadyOC</w:t>
      </w:r>
    </w:p>
    <w:p w14:paraId="7F1B7AC2" w14:textId="77777777" w:rsidR="00A966BC" w:rsidRDefault="00000000">
      <w:r>
        <w:t>Role: Offers resources and strategies for emergency preparedness.</w:t>
      </w:r>
    </w:p>
    <w:p w14:paraId="5C4169FF" w14:textId="77777777" w:rsidR="00A966BC" w:rsidRDefault="00000000">
      <w:r>
        <w:t>Contact: https://www.ochealthinfo.com/services-programs/mental-health-crisis-recovery/crisis-services/mhrs-disaster-program/disaster</w:t>
      </w:r>
    </w:p>
    <w:p w14:paraId="548C4FD9" w14:textId="77777777" w:rsidR="00A966BC" w:rsidRDefault="00000000">
      <w:pPr>
        <w:pStyle w:val="Heading3"/>
      </w:pPr>
      <w:r>
        <w:t>Orange County Disaster Recovery &amp; Relief</w:t>
      </w:r>
    </w:p>
    <w:p w14:paraId="25E02D79" w14:textId="77777777" w:rsidR="00A966BC" w:rsidRDefault="00000000">
      <w:r>
        <w:t>Role: Provides information on recovery resources and disaster assistance.</w:t>
      </w:r>
    </w:p>
    <w:p w14:paraId="243D352E" w14:textId="77777777" w:rsidR="00A966BC" w:rsidRDefault="00000000">
      <w:r>
        <w:t>Contact: https://www.ocgov.com/about-county/emergency/disaster-recovery-relief</w:t>
      </w:r>
    </w:p>
    <w:p w14:paraId="5B2DDE5B" w14:textId="77777777" w:rsidR="00A966BC" w:rsidRDefault="00000000">
      <w:pPr>
        <w:pStyle w:val="Heading2"/>
      </w:pPr>
      <w:r>
        <w:t>🔴 South Los Angeles Disaster Response Agencies</w:t>
      </w:r>
    </w:p>
    <w:p w14:paraId="09B82F31" w14:textId="77777777" w:rsidR="00A966BC" w:rsidRDefault="00000000">
      <w:pPr>
        <w:pStyle w:val="Heading3"/>
      </w:pPr>
      <w:r>
        <w:t>Los Angeles Emergency Management Department (EMD)</w:t>
      </w:r>
    </w:p>
    <w:p w14:paraId="79F70E04" w14:textId="77777777" w:rsidR="00A966BC" w:rsidRDefault="00000000">
      <w:r>
        <w:t>Role: Manages the city's emergency preparedness, response, and recovery efforts.</w:t>
      </w:r>
    </w:p>
    <w:p w14:paraId="15E19788" w14:textId="77777777" w:rsidR="00A966BC" w:rsidRDefault="00000000">
      <w:r>
        <w:t>Contact: https://emergency.lacity.gov/disaster-resources</w:t>
      </w:r>
    </w:p>
    <w:p w14:paraId="0A7EFB6D" w14:textId="77777777" w:rsidR="00A966BC" w:rsidRDefault="00000000">
      <w:pPr>
        <w:pStyle w:val="Heading3"/>
      </w:pPr>
      <w:r>
        <w:t>Los Angeles County Emergency Medical Services Agency</w:t>
      </w:r>
    </w:p>
    <w:p w14:paraId="44802EDB" w14:textId="77777777" w:rsidR="00A966BC" w:rsidRDefault="00000000">
      <w:r>
        <w:t>Role: Coordinates disaster medical response and preparedness across Los Angeles County.</w:t>
      </w:r>
    </w:p>
    <w:p w14:paraId="0492727C" w14:textId="77777777" w:rsidR="00A966BC" w:rsidRDefault="00000000">
      <w:r>
        <w:t>Contacts: Terry Crammer: (562) 378-1646, tcrammer@dhs.lacounty.gov | Chris Sandoval, RN: (562) 378-1645, csandoval@dhs.lacounty.gov</w:t>
      </w:r>
    </w:p>
    <w:p w14:paraId="013EBA3F" w14:textId="77777777" w:rsidR="00A966BC" w:rsidRDefault="00000000">
      <w:r>
        <w:lastRenderedPageBreak/>
        <w:t>More Info: https://dhs.lacounty.gov/emergency-medical-services-agency/home/disaster-programs/contacts-disaster-response-staff/</w:t>
      </w:r>
    </w:p>
    <w:p w14:paraId="5E7BA308" w14:textId="77777777" w:rsidR="00A966BC" w:rsidRDefault="00000000">
      <w:pPr>
        <w:pStyle w:val="Heading3"/>
      </w:pPr>
      <w:r>
        <w:t>2-1-1 LA County</w:t>
      </w:r>
    </w:p>
    <w:p w14:paraId="482A40D3" w14:textId="77777777" w:rsidR="00A966BC" w:rsidRDefault="00000000">
      <w:r>
        <w:t>Role: Offers 24/7 information and referrals for disaster-related assistance.</w:t>
      </w:r>
    </w:p>
    <w:p w14:paraId="1805B892" w14:textId="77777777" w:rsidR="00A966BC" w:rsidRDefault="00000000">
      <w:r>
        <w:t>Contact: Dial 2-1-1 or http://www.211la.org</w:t>
      </w:r>
    </w:p>
    <w:p w14:paraId="2E866B51" w14:textId="77777777" w:rsidR="00A966BC" w:rsidRDefault="00000000">
      <w:pPr>
        <w:pStyle w:val="Heading3"/>
      </w:pPr>
      <w:r>
        <w:t>Los Angeles County Disaster Recovery Centers</w:t>
      </w:r>
    </w:p>
    <w:p w14:paraId="75CFD7B1" w14:textId="77777777" w:rsidR="00A966BC" w:rsidRDefault="00000000">
      <w:r>
        <w:t>Role: Provides on-site support from agencies during major disasters.</w:t>
      </w:r>
    </w:p>
    <w:p w14:paraId="41929644" w14:textId="77777777" w:rsidR="00A966BC" w:rsidRDefault="00000000">
      <w:r>
        <w:t>Contact: https://recovery.lacounty.gov/recovery-centers/</w:t>
      </w:r>
    </w:p>
    <w:p w14:paraId="2F9B7703" w14:textId="77777777" w:rsidR="00A966BC" w:rsidRDefault="00000000">
      <w:pPr>
        <w:pStyle w:val="Heading3"/>
      </w:pPr>
      <w:r>
        <w:t>Partner Agency Support Team</w:t>
      </w:r>
    </w:p>
    <w:p w14:paraId="7A316C6D" w14:textId="77777777" w:rsidR="00A966BC" w:rsidRDefault="00000000">
      <w:r>
        <w:t>Role: Collaborates with Team Rubicon, Salvation Army, and others to support disaster response.</w:t>
      </w:r>
    </w:p>
    <w:p w14:paraId="55199698" w14:textId="77777777" w:rsidR="00A966BC" w:rsidRDefault="00000000">
      <w:r>
        <w:t>Contact: https://emergency.lacity.gov/partner-agency-support-team</w:t>
      </w:r>
    </w:p>
    <w:p w14:paraId="51B32EF1" w14:textId="77777777" w:rsidR="00A966BC" w:rsidRDefault="00000000">
      <w:pPr>
        <w:pStyle w:val="Heading2"/>
      </w:pPr>
      <w:r>
        <w:t>🟡 Regional Coordination</w:t>
      </w:r>
    </w:p>
    <w:p w14:paraId="621CB8B4" w14:textId="77777777" w:rsidR="00A966BC" w:rsidRDefault="00000000">
      <w:pPr>
        <w:pStyle w:val="Heading3"/>
      </w:pPr>
      <w:r>
        <w:t>California Governor’s Office of Emergency Services (Cal OES) – Southern Region</w:t>
      </w:r>
    </w:p>
    <w:p w14:paraId="02E6B37A" w14:textId="77777777" w:rsidR="00A966BC" w:rsidRDefault="00000000">
      <w:r>
        <w:t>Role: Oversees mutual aid and disaster response coordination across Southern California.</w:t>
      </w:r>
    </w:p>
    <w:p w14:paraId="677FF9E1" w14:textId="77777777" w:rsidR="00A966BC" w:rsidRDefault="00000000">
      <w:r>
        <w:t>Contact: https://www.caloes.ca.gov/office-of-the-director/operations/response-operations/regional-operations/southern-region/</w:t>
      </w:r>
    </w:p>
    <w:p w14:paraId="33A20D2D" w14:textId="77777777" w:rsidR="00A966BC" w:rsidRDefault="00000000">
      <w:pPr>
        <w:pStyle w:val="Heading2"/>
      </w:pPr>
      <w:r>
        <w:t>🟢 Additional Resources</w:t>
      </w:r>
    </w:p>
    <w:p w14:paraId="6AE0390F" w14:textId="77777777" w:rsidR="00A966BC" w:rsidRDefault="00000000">
      <w:pPr>
        <w:pStyle w:val="Heading3"/>
      </w:pPr>
      <w:r>
        <w:t>ShelterBox USA</w:t>
      </w:r>
    </w:p>
    <w:p w14:paraId="36F9D9C1" w14:textId="77777777" w:rsidR="00A966BC" w:rsidRDefault="00000000">
      <w:r>
        <w:rPr>
          <w:color w:val="000000"/>
        </w:rPr>
        <w:t>Role: Provides emergency shelter and tools for families robbed of their homes by disaster.</w:t>
      </w:r>
    </w:p>
    <w:p w14:paraId="2A238AC5" w14:textId="77777777" w:rsidR="00A966BC" w:rsidRDefault="00000000">
      <w:r>
        <w:rPr>
          <w:color w:val="000000"/>
        </w:rPr>
        <w:t>Phone: (941) 907-6036</w:t>
      </w:r>
    </w:p>
    <w:p w14:paraId="308F7040" w14:textId="77777777" w:rsidR="00A966BC" w:rsidRDefault="00000000">
      <w:r>
        <w:rPr>
          <w:color w:val="000000"/>
        </w:rPr>
        <w:t>Email: info@shelterboxusa.org</w:t>
      </w:r>
    </w:p>
    <w:p w14:paraId="09D20213" w14:textId="77777777" w:rsidR="00A966BC" w:rsidRDefault="00000000">
      <w:r>
        <w:rPr>
          <w:color w:val="000000"/>
        </w:rPr>
        <w:t>Website: https://www.shelterboxusa.org/</w:t>
      </w:r>
    </w:p>
    <w:sectPr w:rsidR="00A966B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notTrueType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85358986">
    <w:abstractNumId w:val="8"/>
  </w:num>
  <w:num w:numId="2" w16cid:durableId="1150026895">
    <w:abstractNumId w:val="6"/>
  </w:num>
  <w:num w:numId="3" w16cid:durableId="1549292827">
    <w:abstractNumId w:val="5"/>
  </w:num>
  <w:num w:numId="4" w16cid:durableId="1675451657">
    <w:abstractNumId w:val="4"/>
  </w:num>
  <w:num w:numId="5" w16cid:durableId="578247880">
    <w:abstractNumId w:val="7"/>
  </w:num>
  <w:num w:numId="6" w16cid:durableId="557281458">
    <w:abstractNumId w:val="3"/>
  </w:num>
  <w:num w:numId="7" w16cid:durableId="1672641936">
    <w:abstractNumId w:val="2"/>
  </w:num>
  <w:num w:numId="8" w16cid:durableId="1687906334">
    <w:abstractNumId w:val="1"/>
  </w:num>
  <w:num w:numId="9" w16cid:durableId="13216878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7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07F65"/>
    <w:rsid w:val="00326F90"/>
    <w:rsid w:val="00A303D8"/>
    <w:rsid w:val="00A966BC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5AD251B"/>
  <w14:defaultImageDpi w14:val="300"/>
  <w15:docId w15:val="{A1C9E6E3-C2A0-5444-881D-57300158FB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417</Words>
  <Characters>2378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2790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Heidi Larkin-Reed</cp:lastModifiedBy>
  <cp:revision>2</cp:revision>
  <dcterms:created xsi:type="dcterms:W3CDTF">2025-05-03T20:11:00Z</dcterms:created>
  <dcterms:modified xsi:type="dcterms:W3CDTF">2025-05-03T20:11:00Z</dcterms:modified>
  <cp:category/>
</cp:coreProperties>
</file>